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 קטנות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מעניינות מתשעה תחומי דעת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של עובדה קצרה ושאלת חשיבה הקשורה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תשובות בעברית קלה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סקרנות וחשיבה עצמאית סביב נושאי לימוד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 ובעלי חיים ומדע – עובדות נכונות או לא נכונות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מיוחדת על גוף התמנון.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דבורים רוקדות כדי להעביר מידע, הן לא שרות.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הלוויתן הכחול גדול אפילו מהדינוזאורים הגדולים ביותר שהיו.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קרח צף על פני המים, ולכן הדגים שמתחתיו נשארים בחיים.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לדבש יש תכונות מיוחדות ששומרות עליו לאורך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 ובעלי חיים ומדע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מגיעות עשרות אלפי ציפורים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שהדגים שמתחת לקרח יישארו בחיים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להעביר מידע לדבורים אחרות על מקום האוכל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הברק חם יותר מפני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 ובעלי חיים ומדע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אם הקרח היה שוקע, האגם היה קופא מהתחתית ועד למעלה והדגים לא היו שורדים. הקרח הצף שומר על מים נוזליים מתחתיו, שבהם הדגים יכולים לחיות.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דבורים צריכות לספר לשאר הכוורת איפה יש פרחים עם צוף, כדי שכולן ידעו לאן לטוס ולאסוף אוכל.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חשוב שהתלמיד יבחר עובדה מהפרק ויסביר בקצרה מדוע היא מעניינת או מפתיעה בעיניו.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חלל וגוף האדם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נוגה מסתובבת סביב עצמה לאט מאוד, ולכן יום אחד שם ארוך יותר מהזמן שלוקח לה להקיף את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רוח ואין מים על הירח, ולכן העקבות נשארות שם בלי 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לתינוקות יש יותר עצמות, וחלק מהן מתאחות יחד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חלל וגוף האדם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חלק מהעצמות מתאחות ומתמזגות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חלל וגוף האדם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טביעות אצבע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חלל וגוף האדם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(יום אחד ארוך יותר משנה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(נשארות בלי שינוי לאורך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(מגיע לכדור הארץ תוך 8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(שונות אצל כל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השפה העברית – מה זכרתם?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רוב השורשים בעברית מורכבים משלוש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מהשורש כת"ב אפשר לבנות מילים רבות, כמו כתיבה, מכתב וכתובת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הניקוד נוסף לשפה מאוחר יותר כדי לעזור בקריאה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במשך שנים רבות העברית שימשה בעיקר לכתיבה ולתפילה, ורק מאוחר יותר חזרה לשמש שפת דיבור יומיומית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השפה העברית – מתרגלים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(כתיבה, מכתב, כתובת)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(שמירה, משמר, שומר)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(לימוד, תלמיד, מלמד)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(יובל)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השפה העברית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להקל על הקריאה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חזרה לשמש שפת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השפה העברית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מלמד, הלמדה, תלמוד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גאוגרפיה והיסטוריה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הפירמידה הגדולה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מכתש רמון הוא אכן המכתש הגדול בעולם מסוגו.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המגילות התגלו בתוך מערה.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גאוגרפיה והיסטוריה – השלמות וזיווג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נמוכה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אלמוג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אמזונס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גאוגרפיה והיסטוריה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(הנקודה הנמוכה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(המכתש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(התגלו במערה)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המצאות וטוב לב וחוסן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לאפשר לעיוורים לקרוא ולכתוב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בולטות שממששים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לעזור לגוף להתגונן מפני מחלות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כתב ברייל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המצאות וטוב לב וחוסן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עיוור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להילחם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התמודד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המצאות וטוב לב וחוסן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מאפשר לעיוורים לקרוא ולכתוב בעצמם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למרות הקושי שלו הוא לא ויתר ומצא פתרון שעזר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אישית וסבירה תתקבל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שניהם רצו לעזור לאנשים ולשפר את חייהם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הוא קל יותר ממים נוזליים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100,000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חזרה לשמש שפת דיבור יומיומית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מגילות עתיקות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נער צעיר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תלמיד/ה בוחר/ת עובדה ומנסח/ת אותה נכון במילים שלו/שלה, למשל על בעלי חיים, גוף האדם, חלל או המצאות.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הכוללת השוואה הגיונית בין שתי עובדות, למשל השוואה בין גודל לבין זמן או בין טבע למדע.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שאלה קצרה וברורה הקשורה לאחת העובדות בדף, למשל שאלה על גוף האדם או על החלל.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בחר עובדה אחת ונימק מדוע היא מפתיעה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הסביר שלוש עובדות בלשון עצמו בלי להעתיק מהכרזה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ציין תחום מתוך התשעה המופיעים בחוברת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כל שיעור בשיתוף עובדה מעניינת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לקרוא את העובדה בקול ולתת דוגמה לתשובה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בקשה להמציא שאלת חשיבה נוספת לכל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ציור קטן ליד כל עובדה כדי לחזק את הזיכרון אצל תלמידים צעירים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למידה קטנות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עובדות מעניינות מתוך הכרזות, יחד עם שאלות קצרות לחשיבה. קראו כל עובדה בעיון, ואז ענו על השאלות במילים שלכם. אפשר לעבוד לבד או בזוגות.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טבע ובעלי חיים ומדע – עובדות נכונות או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לתמנון יש שלושה לבבות.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שרות שירים כדי לדבר אחת עם השנייה.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לוויתן כחול הוא בעל החיים הגדול ביותר שחי אי פעם על כדור הארץ.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קרח שוקע במים, ולכן כל האגם קופא בחורף.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דבש יכול להישמר זמן רב מאוד בלי להתקלקל.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טבע ובעלי חיים ומדע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בעמק החולה כל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מגיעות עשרות אלפי ציפורים נודדות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נבנה בניין גבוה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מתגלות מגילות עתיקות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נולדים תינוקות עם יותר עצמות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שהקרח צף על פני המים ולא שוקע?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שהדגים יוכלו לשחות מעל הקרח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שהדגים שמתחת לקרח יישארו בחיים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שאפשר יהיה להחליק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שהמים יתחממו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הדבורים רוקדות?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להעביר מידע לדבורים אחרות על מקום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להתחמם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להפחיד אויבים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גילו המדענים על הברק בהשוואה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הברק קר יותר מקרח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הברק חם יותר מפני השמש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הברק איטי יותר מהרוח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הברק נמוך מהעננים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טבע ובעלי חיים ומדע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שקרח צף על פני המים ולא שוקע לקרקעית.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בקצרה למה הדבורים צריכות ״לדבר״ אחת עם השנייה.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עובדה אחת מהפרק שהכי הפתיעה אתכם,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חלל וגוף האדם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נוגה יום אחד ארוך יותר משנה שלמה בכוכב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העקבות שהשאירו האסטרונאוטים על הירח נעלמו אחרי כמה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חלל וגוף האדם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לוקח לאור השמש להגיע לכדור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נמצאת העצם הקטנה ביותר בגוף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לתינוקות יש יותר עצמות ממבוגרים?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הם קטנים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חלק מהעצמות מתאחות ומתמזגות עם הגיל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הם גדלים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להם עצמות נוספות שנעלמות בגיל ההתבגרות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חלל וגוף האדם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הלב של אדם פועם כ-__________ פעמים ביום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לכל אדם יש __________ ייחודיות ואין שתיים זהות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חלל וגוף האדם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מגיע לכדור הארץ תוך 8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העקבות על הירח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שונות אצל 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נשארות בלי שינוי לאורך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טביעות אצבע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יום אחד ארוך יותר משנה שלמה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השפה העברית – מה זכרתם?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שורש בנוי לרוב משלוש אותיות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מהשורש כת"ב רק מילה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כתבו עברית גם בלי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העברית מעולם לא הפסיקה לשמש 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השפה העברית – מתרגלים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 כת"ב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שמירה, משמר, שומר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שורש שמ"ר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שורש למ"ד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כתיבה, מכתב, כתובת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המילה ___ המוכרת בעולם פירושה "כך יהי" ומקורה בעברית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לימוד, תלמיד, מלמד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המילה האנגלית Jubilee מקורה במילה העברית ___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השפה העברית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היה צורך להוסיף ניקוד לעברית?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להקל על הקריאה הנכונה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להקשות על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להחליף את האותיות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לקצר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קרה לעברית אחרי שנים רבות שבהן לא דיברו בה יומיום?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נעלמה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חזרה לשמש שפת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נשארה שפה כתובה בלבד לנצח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התחלפה בשפה אחרת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השפה העברית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נוספות שאפשר לבנות מהשורש למ"ד, מלבד לימוד ותלמיד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גאוגרפיה והיסטוריה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הנקודה הנמוכה ביותר ביבשה נמצאת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אלמוגים הם בעצם...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אבנים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הבניין שהיה הגבוה בעולם במשך אלפי שנים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הפירמידה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 אייפל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בניין האמפייר סטייט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מגדלי פטרונס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מכתש רמון הוא המכתש הגדול בעולם.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המגילות העתיקות שסיפרנו עליהן התגלו בתוך בית מגורים.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גאוגרפיה והיסטוריה – השלמות וזיווג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ים המלח הוא הנקודה ה__________ ביותר ביבשה.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בעל חיים שנראה כמו אבן צבעונית 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הנהר שמזרים הכי הרבה מים בעולם נקרא נהר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גאוגרפיה והיסטוריה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בעל חיים ולא צמח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התגלו במערה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הנקודה הנמוכה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המגילות העתיקות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המכתש הגדול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המצאות וטוב לב וחוסן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בן כמה היה הנער שהמציא כתב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הייתה מטרת הכתב שהמציא הנער?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לאפשר לעיוורים לקרוא ולכתוב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ללמד שפות 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מבוסס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נקודות בולטות שממששים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קווים ישרים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תפקידו של חיסון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להעלים כאב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לגוף להתגונן מפני מחלות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להוריד חום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לשפר את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מההמצאות עזרה במיוחד לאנשים 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המצאות וטוב לב וחוסן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הנער שהמציא את כתב העיוורים היה בעצמו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חיסון עוזר לגוף שלנו __________ מחלות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טוב לב פירושו לדאוג ול__________ לאנשים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חוסן הוא היכולת ל__________ עם קשיים ולהמשיך הלאה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המצאות וטוב לב וחוסן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במשפט אחד למה חשוב שהיה כתב מיוחד לעיוורים.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כיצד הנער שהמציא את כתב ברייל הראה חוסן.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תנו דוגמה אישית למצב שבו הייתם צריכים חוסן.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בין הנער שהמציא את כתב ברייל לבין מי שגילה חיסון?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הקרח צף על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קל יותר ממים נוזליים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הדגים דוחפים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לוקח לאור מהשמש להגיע אלינו?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ביממה פועם הלב בערך?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אלף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10,000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100,000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מיליון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מיוחד בעברית בהשוואה לשפות אחרות שנכחדו?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נכתבת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חזרה לשמש שפת דיבור יומיומית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השתנתה מעולם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הומצאה לפני 50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מכתש 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התגלה במערות ליד 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שלדי דינוזאורים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מגילות עתיקות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מטבעות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קיר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מי המציא כתב מיוחד לעיוורים כשהיה רק בן 15?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מדען 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נער 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עובדה מעניינת אחת שלמדתם בדף (מכל נושא שתרצו) וכתבו אותה במילים שלכם, בשתי-שלוש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 עובדות משני נושאים שונים (למשל חלל וגוף האדם) והסבירו מה משותף ביניהן או במה הן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שאלת 'בדקו את עצמכם' חדשה משלכם, בהשראת אחת העובדות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עובדה חדשה הכי הפתיעה אותי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הצלחתי להסביר במילים שלי לפחות שלוש עובדות מהחוברת?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תחום דעת הייתי רוצה ללמוד עוד עובדות מעניינות?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למידה קטנות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