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מתשעה 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עובדה קצרה ושאלת חשיבה הקשורה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בעברית קלה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סקרנות וחשיבה עצמאית סביב נושאי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ומדע – עובדות נכונות או לא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מיוחדת על גוף התמנון.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דבורים רוקדות כדי להעביר מידע, הן לא שרות.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הלוויתן הכחול גדול אפילו מהדינוזאורים הגדולים ביותר שהיו.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קרח צף על פני המים, ולכן הדגים שמתחתיו נשארים בחיים.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לדבש יש תכונות מיוחדות ששומרות עליו לאורך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ומדע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מגיעות עשרות אלפי ציפורים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שהדגים שמתחת לקרח יישארו בחיים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להעביר מידע לדבורים אחרות על מקום האוכל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הברק חם יותר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ומדע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הקרח היה שוקע, האגם היה קופא מהתחתית ועד למעלה והדגים לא היו שורדים. הקרח הצף שומר על מים נוזליים מתחתיו, שבהם הדגים יכולים לחיות.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דבורים צריכות לספר לשאר הכוורת איפה יש פרחים עם צוף, כדי שכולן ידעו לאן לטוס ולאסוף אוכל.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שהתלמיד יבחר עובדה מהפרק ויסביר בקצרה מדוע היא מעניינת או מפתיעה בעיניו.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נוגה מסתובבת סביב עצמה לאט מאוד, ולכן יום אחד שם ארוך יותר מהזמן שלוקח לה להקיף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רוח ואין מים על הירח, ולכן העקבות נשארות שם בלי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לתינוקות יש יותר עצמות, וחלק מהן מתאחות יחד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חלק מהעצמות מתאחות ומתמזגות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טביעות אצבע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אחד ארוך יותר משנה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(נשארות בלי שינוי לאורך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(מגיע לכדור הארץ תוך 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(שונות אצל כל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מורכבים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מהשורש כת"ב אפשר לבנות מילים רבות, כמו כתיבה, מכתב וכתובת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נוסף לשפה מאוחר יותר כדי לעזור בקריאה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במשך שנים רבות העברית שימשה בעיקר לכתיבה ולתפילה, ורק מאוחר יותר חזרה לשמש שפת דיבור 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מתרגלים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(כתיבה, מכתב, 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(שמירה, משמר, שומר)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(לימוד, תלמיד, מלמד)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(יובל)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להקל על הקריאה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חזרה לשמש שפת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מלמד, הלמדה, תלמוד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הפירמידה הגדולה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הוא אכן המכתש הגדול בעולם מסוגו.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המגילות התגלו בתוך מערה.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השלמות וזיווג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(הנקודה הנמוכה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(התגלו במערה)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 וטוב לב וחוסן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לאפשר לעיוורים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לגוף להתגונן מפני 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ברייל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 וטוב לב וחוסן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עיוור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להילחם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התמודד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 וטוב לב וחוסן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מאפשר לעיוורים לקרוא ולכתוב בעצמם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הקושי שלו הוא לא ויתר ומצא פתרון שעזר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אישית וסבירה תתקבל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שניהם רצו לעזור לאנשים ולשפר את חייהם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קל יותר ממים נוזליים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100,000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חזרה לשמש שפת דיבור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מגילות עתיקות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נער צעיר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תלמיד/ה בוחר/ת עובדה ומנסח/ת אותה נכון במילים שלו/שלה, למשל על בעלי חיים, גוף האדם, חלל או המצאות.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השוואה הגיונית בין שתי עובדות, למשל השוואה בין גודל לבין זמן או בין טבע למדע.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שאלה קצרה וברורה הקשורה לאחת העובדות בדף, למשל שאלה על גוף האדם או על החלל.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בחר עובדה אחת ונימק מדוע היא 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הסביר שלוש עובדות בלשון עצמו בלי להעתיק מהכרזה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ציין תחום מתוך התשעה המופיעים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בשיתוף עובדה מעניינת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העובדה בקול ולתת דוגמה לתשובה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בקשה להמציא שאלת חשיבה נוספת לכל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ציור קטן ליד כל עובדה כדי לחזק את הזיכרון אצל תלמידים צעירים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עובדות מעניינות. קראו כל עובדה לאט. אחר כך ענו על השאלות בכתב יד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נכון וידוע על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עם שמונה זרועות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מהעולם שהוא לא 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מילים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תרופה ששומרת על הגוף ממחלה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גדול בקרקע בצורת קערה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ארוך וגלול עם כתב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טביעת אצבע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המיוחד על קצה האצבע של 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גאוגרפיה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על מקומות בעולם וביבשה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 ובעלי חיים ומדע – עובדות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לתמנון יש שלושה לבבות.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שרות שירים כדי לדבר אחת עם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לוויתן כחול הוא בעל החיים הגדול ביותר שחי אי פעם על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קרח שוקע במים, ולכן כל האגם קופא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דבש יכול להישמר זמן רב מאוד בלי להתקלקל.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 ובעלי חיים ומדע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בעמק החולה?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מגיעות עשרות אלפי ציפורים נודדות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נבנה בניין גבוה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מתגלות מגילות עתיקות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נולדים תינוקות עם יותר 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שקרח צף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שהדגים יוכלו לשחות מעל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שהדגים שמתחת לקרח יישארו בחיים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שאפשר יהיה להחליק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שהמים יתחממו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להעביר מידע לדבורים אחרות על מקום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להפחיד אויבים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בחום של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הברק קר יותר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הברק חם יותר מפני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הברק איטי יותר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 נמוך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לבבות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 ובעלי חיים ומדע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שקרח צף על פני המים ולא שוקע לקרקעית.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למה הדבורים צריכות ״לדבר״ אחת עם השנייה.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עובדה אחת מהפרק שהכי הפתיעה אתכם,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חלל וגוף האדם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נוגה יום אחד ארוך יותר משנה שלמה בכוכב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העקבות שהשאירו האסטרונאוטים על הירח נעלמו אחרי כמה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חלל וגוף האדם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 השמש בדרך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העצם הכי קטנה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לתינוקות יש יותר עצמות?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קטנים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חלק מהעצמות מתאחות ומתמזגות עם הגיל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גדלים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להם עצמות נוספות שנעלמות בגיל ההתבגרות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חלל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של אדם פועם כ-__________ פעמים ביום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אדם יש __________ ייחודיות ואין שתיים זהות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נשארות בלי שינוי לאורך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שונות אצל 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אחד ארוך יותר משנה שלמה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טביעות אצבע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מגיע לכדור הארץ תוך 8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שורש בנוי לרוב משלוש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מהשורש כת"ב רק 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כתבו עברית גם בלי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מעולם לא הפסיקה לשמש 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השפה העברית – מתרגלים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כת"ב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שמירה, משמר,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שמ"ר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כתיבה, מכתב, כתובת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 למ"ד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המילה ___ המוכרת בעולם פירושה "כך יהי" ומקורה בעברית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לימוד, תלמיד, מלמד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המילה האנגלית Jubilee מקורה במילה העברית ___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השפה העברית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הוסיפו ניקוד למילים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להקל על הקריאה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להקשות על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את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לקצר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לעברית אחרי שהרבה שנים לא דיברו 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חזרה לשמש שפת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נשארה שפה כתובה בלבד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התחלפה בשפה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השפה העברית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שאפשר לבנות מהשורש למ"ד, מלבד לימוד ותלמיד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גאוגרפיה והיסטוריה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נמצאת הנקודה הכי נמוכה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האלמוג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בניין עתיק היה הכי גבוה הרבה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הפירמידה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 אייפל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 האמפייר סטייט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מגדלי פטרונס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הוא המכתש הגדול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המגילות העתיקות שסיפרנו עליהן התגלו בתוך בית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גאוגרפיה והיסטוריה – השלמות וזיווג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הוא הנקודה ה__________ ביותר ביבשה.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בעל חיים שנראה כמו אבן צבעונית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הנהר שמזרים הכי הרבה מים בעולם נקרא נהר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המכתש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הנקודה הנמוכה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המגילות העתיקות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חיים ולא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המצאות וטוב לב וחוסן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בן כמה היה הנער שהמציא את הכתב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נועד הכתב שהנער המציא?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לעיוורים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כתב ברייל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בולטות שממששים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ישרים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חיסון?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להעלים כאב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לגוף להתגונן מפני 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חום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לשפר את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המצאה עזרה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המצאות וטוב לב וחוסן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שהמציא את כתב העיוורים היה בעצמו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חיסון עוזר לגוף שלנו __________ מחלות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טוב לב פירושו לדאוג ול__________ לאנשים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חוסן הוא היכולת ל__________ עם קשיים ולהמשיך הלאה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המצאות וטוב לב וחוסן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למה חשוב שהיה כתב מיוחד לעיוורים.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הנער שהמציא את כתב ברייל הראה חוסן.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אישית למצב שבו הייתם צריכים חוסן.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בין הנער שהמציא את כתב ברייל לבין מי שגילה חיסון?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קרח 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קל יותר ממים נוזליים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דוחפים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האור מגיע מהשמש?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ביממה פועם הלב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אלף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מיליון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בהיסטוריה של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נכתבת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חזרה לשמש שפת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השתנתה מעולם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הומצאה לפני 50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התגלה במערות ליד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שלדי דינוזאורים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מגילות עתיקות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מטבעות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המציא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עובדה מעניינת אחת שלמדתם בדף (מכל נושא שתרצו) וכתבו אותה במילים שלכם, בשתי-שלוש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עובדות משני נושאים שונים (למשל חלל וגוף האדם) והסבירו מה משותף ביניהן או במה הן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'בדקו את עצמכם' חדשה משלכם, בהשראת אחת העובדות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עובדה חדשה הכי הפתיעה אותי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במילים שלי לפחות שלוש עובדות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תחום דעת הייתי רוצה ללמוד עוד עובדות מעניינות?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 קטנות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