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למידה קטנות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מעניינות מתשעה תחומי דעת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עובדה קצרה ושאלת חשיבה הקשורה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בעברית קלה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סקרנות וחשיבה עצמאית סביב נושאי לימוד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טבע ובעלי חיים ומדע – עובדות נכונות או לא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עובדה מיוחדת על גוף התמנון.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דבורים רוקדות כדי להעביר מידע, הן לא שרות.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הלוויתן הכחול גדול אפילו מהדינוזאורים הגדולים ביותר שהיו.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טבע ובעלי חיים ומדע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מגיעות עשרות אלפי ציפורים נודדות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להעביר מידע לדבורים אחרות על מקום האוכל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טבע ובעלי חיים ומדע – חושבים לעומק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חלל וגוף האדם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נוגה מסתובבת סביב עצמה לאט מאוד, ולכן יום אחד שם ארוך יותר מהזמן שלוקח לה להקיף את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רוח ואין מים על הירח, ולכן העקבות נשארות שם בלי 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חלל וגוף האדם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באוזן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חלל וגוף האדם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טביעות אצבע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חלל וגוף האדם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(יום אחד ארוך יותר משנה 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(נשארות בלי שינוי לאורך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(מגיע לכדור הארץ תוך 8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(שונות אצל כל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השפה העברית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רוב השורשים בעברית מורכבים משלוש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מהשורש כת"ב אפשר לבנות מילים רבות, כמו כתיבה, מכתב וכתובת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הניקוד נוסף לשפה מאוחר יותר כדי לעזור בקריאה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השפה העברית – מתרגלים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(כתיבה, מכתב, כתובת)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(שמירה, משמר, שומר)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השפה העברית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להקל על הקריאה הנכונה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השפה העברית – כותבים ומסבירים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גאוגרפיה והיסטוריה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בעלי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גאוגרפיה והיסטוריה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מכתש רמון הוא אכן המכתש הגדול בעולם מסוגו.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המגילות התגלו בתוך מערה.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גאוגרפיה והיסטוריה – השלמות וזיווג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אלמוג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גאוגרפיה והיסטוריה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(הנקודה הנמוכה ביותר ביבשה)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(המכתש הגדול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(בעל חיים ולא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(התגלו במערה)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המצאות וטוב לב וחוסן – היכרות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לאפשר לעיוורים לקרוא ולכתוב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נקודות בולטות שממששים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המצאות וטוב לב וחוסן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עיוור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להילחם 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המצאות וטוב לב וחוסן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מאפשר לעיוורים לקרוא ולכתוב בעצמם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הוא קל יותר ממים נוזליים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8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תלמיד/ה בוחר/ת עובדה ומנסח/ת אותה נכון במילים שלו/שלה, למשל על בעלי חיים, גוף האדם, חלל או המצאות.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בחר עובדה אחת ונימק מדוע היא מפתיעה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הסביר שלוש עובדות בלשון עצמו בלי להעתיק מהכרזה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ציין תחום מתוך התשעה המופיעים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ולסיים כל שיעור בשיתוף עובדה מעניינת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לקרוא את העובדה בקול ולתת דוגמה לתשובה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בקשה להמציא שאלת חשיבה נוספת לכל 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ציור קטן ליד כל עובדה כדי לחזק את הזיכרון אצל תלמידים צעירים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למידה קטנות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עובדות מעניינות מתוך הכרזות, יחד עם שאלות קצרות לחשיבה. קראו כל עובדה בעיון, ואז ענו על השאלות במילים שלכם. אפשר לעבוד לבד או בזוגות.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להילחם ב  ·  עיוור  ·  נמוכה  ·  100,000  ·  אלמוג  ·  טביעות אצבע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טבע ובעלי חיים ומדע – עובדות נכונות או לא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לתמנון יש שלושה לבבות.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דבורים שרות שירים כדי לדבר אחת עם השנייה.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לוויתן כחול הוא בעל החיים הגדול ביותר שחי אי פעם על כדור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טבע ובעלי חיים ומדע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בעמק החולה כל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מגיעות עשרות אלפי ציפורים נודדות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נבנה בניין גבוה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מתגלות מגילות עתיקות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הדבורים רוקדות?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לשחק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להעביר מידע לדבורים אחרות על מקום האוכל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להתחמם בקור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טבע ובעלי חיים ומדע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חלל וגוף האדם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 נוגה יום אחד ארוך יותר משנה שלמה בכוכב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העקבות שהשאירו האסטרונאוטים על הירח נעלמו אחרי כמה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חלל וגוף האדם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לוקח לאור השמש להגיע לכדור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נמצאת העצם הקטנה ביותר בגוף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באצבע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חלל וגוף האדם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הלב של אדם פועם כ-__________ פעמים ביום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לכל אדם יש __________ ייחודיות ואין שתיים זהות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חלל וגוף האדם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נשארות בלי שינוי לאורך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העקבות על הירח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שונות אצל כל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אור השמש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יום אחד ארוך יותר משנה שלמה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טביעות אצבע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מגיע לכדור הארץ תוך 8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השפה העברית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בעברית שורש בנוי לרוב משלוש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לבנות מהשורש כת"ב רק מילה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 כתבו עברית גם בלי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השפה העברית – מתרגלים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 כת"ב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שמירה, משמר, שומר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שורש שמ"ר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המילה ___ המוכרת בעולם פירושה "כך יהי" ומקורה בעברית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כתיבה, מכתב, כתובת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השפה העברית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היה צורך להוסיף ניקוד לעברית?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להקל על הקריאה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להקשות על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להחליף את האותיות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השפה העברית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גאוגרפיה והיסטוריה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הנקודה הנמוכה ביותר ביבשה נמצאת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ים 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אלמוגים הם בעצם...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אבנים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בעלי 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גאוגרפיה והיסטוריה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מכתש רמון הוא המכתש הגדול בעולם.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המגילות העתיקות שסיפרנו עליהן התגלו בתוך בית מגורים.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גאוגרפיה והיסטוריה – השלמות וזיווג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ים המלח הוא הנקודה ה__________ ביותר ביבשה.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בעל חיים שנראה כמו אבן צבעונית 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גאוגרפיה והיסטוריה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המכתש הגדול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מכתש 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התגלו במערה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אלמוג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הנקודה הנמוכה ביותר ביבשה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המגילות העתיקות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בעל חיים ולא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המצאות וטוב לב וחוסן – היכרות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בן כמה היה הנער שהמציא כתב לעיוורים?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הייתה מטרת הכתב שהמציא הנער?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לאפשר לעיוורים לקרוא ולכתוב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ללמד 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על מה מבוסס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אותיות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נקודות בולטות שממששים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צבעים שונים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המצאות וטוב לב וחוסן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הנער שהמציא את כתב העיוורים היה בעצמו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חיסון עוזר לגוף שלנו __________ מחלות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המצאות וטוב לב וחוסן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במשפט אחד למה חשוב שהיה כתב מיוחד לעיוורים.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לבבות יש לתמנון?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הקרח צף על 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קל יותר ממים נוזליים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הדגים דוחפים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זמן לוקח לאור מהשמש להגיע אלינו?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עובדה מעניינת אחת שלמדתם בדף (מכל נושא שתרצו) וכתבו אותה במילים שלכם, בשתי-שלוש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עובדה חדשה הכי הפתיעה אותי בחוברת?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להסביר במילים שלי לפחות שלוש עובדות מהחוברת?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הידעת? כרזות למידה קטנות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